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FF66E" w14:textId="77777777" w:rsidR="00AE5F4A" w:rsidRDefault="00E3015F" w:rsidP="00A0052E">
      <w:pPr>
        <w:pStyle w:val="Ttulo1"/>
        <w:jc w:val="center"/>
      </w:pPr>
      <w:r w:rsidRPr="00A0052E">
        <w:rPr>
          <w:color w:val="000000" w:themeColor="text1"/>
        </w:rPr>
        <w:t>RELATÓRIO TÉCNICO-FOTOGRÁFICO DE EXECUÇÃO DE OBRAS</w:t>
      </w:r>
    </w:p>
    <w:p w14:paraId="58CDC076" w14:textId="77777777" w:rsidR="00AE5F4A" w:rsidRDefault="00E3015F">
      <w:r>
        <w:t>(EMPRESA EXECUTORA)</w:t>
      </w:r>
    </w:p>
    <w:p w14:paraId="685D5B49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1. IDENTIFICAÇÃO DO CONTRATO</w:t>
      </w:r>
    </w:p>
    <w:p w14:paraId="6083F95A" w14:textId="77777777" w:rsidR="00AE5F4A" w:rsidRDefault="00E3015F">
      <w:r>
        <w:t>Empresa Executora:</w:t>
      </w:r>
    </w:p>
    <w:p w14:paraId="4201D8DF" w14:textId="77777777" w:rsidR="00AE5F4A" w:rsidRDefault="00E3015F">
      <w:r>
        <w:t>CNPJ:</w:t>
      </w:r>
    </w:p>
    <w:p w14:paraId="5BE9C16C" w14:textId="77777777" w:rsidR="00AE5F4A" w:rsidRDefault="00E3015F">
      <w:r>
        <w:t>Contrato Administrativo:</w:t>
      </w:r>
    </w:p>
    <w:p w14:paraId="31AE20FB" w14:textId="77777777" w:rsidR="00AE5F4A" w:rsidRDefault="00E3015F">
      <w:r>
        <w:t>Contrato FEHIDRO:</w:t>
      </w:r>
    </w:p>
    <w:p w14:paraId="0034015F" w14:textId="77777777" w:rsidR="00AE5F4A" w:rsidRDefault="00E3015F">
      <w:r>
        <w:t>Objeto:</w:t>
      </w:r>
    </w:p>
    <w:p w14:paraId="6625583A" w14:textId="77777777" w:rsidR="00AE5F4A" w:rsidRDefault="00E3015F">
      <w:r>
        <w:t>Local da Obra:</w:t>
      </w:r>
    </w:p>
    <w:p w14:paraId="41B6842F" w14:textId="77777777" w:rsidR="00AE5F4A" w:rsidRDefault="00E3015F">
      <w:r>
        <w:t>Período de Referência:</w:t>
      </w:r>
    </w:p>
    <w:p w14:paraId="11F9E282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2. RESPONSÁVEL TÉCNICO</w:t>
      </w:r>
    </w:p>
    <w:p w14:paraId="3A734A20" w14:textId="77777777" w:rsidR="00AE5F4A" w:rsidRDefault="00E3015F">
      <w:r>
        <w:t>Nome:</w:t>
      </w:r>
    </w:p>
    <w:p w14:paraId="73EF909A" w14:textId="77777777" w:rsidR="00AE5F4A" w:rsidRDefault="00E3015F">
      <w:r>
        <w:t>CREA/CAU:</w:t>
      </w:r>
    </w:p>
    <w:p w14:paraId="488B6220" w14:textId="77777777" w:rsidR="00AE5F4A" w:rsidRDefault="00E3015F">
      <w:r>
        <w:t>ART/RRT:</w:t>
      </w:r>
    </w:p>
    <w:p w14:paraId="26403AF8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3. DESCRIÇÃO DOS SERVIÇOS EXECUTADOS</w:t>
      </w:r>
    </w:p>
    <w:p w14:paraId="092311AA" w14:textId="77777777" w:rsidR="00AE5F4A" w:rsidRDefault="00E3015F">
      <w:r>
        <w:t>Descrição detalhada dos serviços executados no período, conforme contrato e projeto aprovado.</w:t>
      </w:r>
    </w:p>
    <w:p w14:paraId="21696ADF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4. MEDIÇÃO DOS SERVIÇOS</w:t>
      </w:r>
    </w:p>
    <w:p w14:paraId="6435A4C2" w14:textId="4FE4B460" w:rsidR="00AE5F4A" w:rsidRDefault="00E3015F">
      <w:r>
        <w:t xml:space="preserve">Relacionar os </w:t>
      </w:r>
      <w:proofErr w:type="spellStart"/>
      <w:r>
        <w:t>serviços</w:t>
      </w:r>
      <w:proofErr w:type="spellEnd"/>
      <w:r>
        <w:t xml:space="preserve"> </w:t>
      </w:r>
      <w:proofErr w:type="spellStart"/>
      <w:r>
        <w:t>medidos</w:t>
      </w:r>
      <w:proofErr w:type="spellEnd"/>
      <w:r>
        <w:t xml:space="preserve"> no </w:t>
      </w:r>
      <w:proofErr w:type="spellStart"/>
      <w:r>
        <w:t>período</w:t>
      </w:r>
      <w:proofErr w:type="spellEnd"/>
      <w:r>
        <w:t xml:space="preserve"> (</w:t>
      </w:r>
      <w:proofErr w:type="spellStart"/>
      <w:r>
        <w:t>em</w:t>
      </w:r>
      <w:proofErr w:type="spellEnd"/>
      <w:r>
        <w:t xml:space="preserve"> </w:t>
      </w:r>
      <w:proofErr w:type="spellStart"/>
      <w:r>
        <w:t>quantidade</w:t>
      </w:r>
      <w:proofErr w:type="spellEnd"/>
      <w:r>
        <w:t xml:space="preserve">,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valor)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3"/>
        <w:gridCol w:w="2199"/>
        <w:gridCol w:w="649"/>
        <w:gridCol w:w="1087"/>
        <w:gridCol w:w="2134"/>
        <w:gridCol w:w="2134"/>
      </w:tblGrid>
      <w:tr w:rsidR="00E3015F" w14:paraId="63643F13" w14:textId="48E9B0F3" w:rsidTr="00E3015F">
        <w:tc>
          <w:tcPr>
            <w:tcW w:w="653" w:type="dxa"/>
          </w:tcPr>
          <w:p w14:paraId="1BC5C299" w14:textId="6E87ED5E" w:rsidR="00E3015F" w:rsidRDefault="00E3015F">
            <w:r>
              <w:t>Item</w:t>
            </w:r>
          </w:p>
        </w:tc>
        <w:tc>
          <w:tcPr>
            <w:tcW w:w="2199" w:type="dxa"/>
          </w:tcPr>
          <w:p w14:paraId="0CC72C25" w14:textId="650E7FDD" w:rsidR="00E3015F" w:rsidRDefault="00E3015F">
            <w:proofErr w:type="spellStart"/>
            <w:r>
              <w:t>Descrição</w:t>
            </w:r>
            <w:proofErr w:type="spellEnd"/>
          </w:p>
        </w:tc>
        <w:tc>
          <w:tcPr>
            <w:tcW w:w="649" w:type="dxa"/>
          </w:tcPr>
          <w:p w14:paraId="4FF542A2" w14:textId="3840C5D4" w:rsidR="00E3015F" w:rsidRDefault="00E3015F">
            <w:r>
              <w:t>Und.</w:t>
            </w:r>
          </w:p>
        </w:tc>
        <w:tc>
          <w:tcPr>
            <w:tcW w:w="1087" w:type="dxa"/>
          </w:tcPr>
          <w:p w14:paraId="0F0A2DBA" w14:textId="5E3481CA" w:rsidR="00E3015F" w:rsidRDefault="00E3015F">
            <w:proofErr w:type="spellStart"/>
            <w:r>
              <w:t>Qtd.Exec</w:t>
            </w:r>
            <w:proofErr w:type="spellEnd"/>
            <w:r>
              <w:t>.</w:t>
            </w:r>
          </w:p>
        </w:tc>
        <w:tc>
          <w:tcPr>
            <w:tcW w:w="2134" w:type="dxa"/>
          </w:tcPr>
          <w:p w14:paraId="1488E920" w14:textId="047916DA" w:rsidR="00E3015F" w:rsidRDefault="00E3015F">
            <w:proofErr w:type="spellStart"/>
            <w:r>
              <w:t>Acumulado</w:t>
            </w:r>
            <w:proofErr w:type="spellEnd"/>
          </w:p>
        </w:tc>
        <w:tc>
          <w:tcPr>
            <w:tcW w:w="2134" w:type="dxa"/>
          </w:tcPr>
          <w:p w14:paraId="483623A2" w14:textId="01514E7A" w:rsidR="00E3015F" w:rsidRDefault="00E3015F">
            <w:proofErr w:type="spellStart"/>
            <w:r>
              <w:t>Saldo</w:t>
            </w:r>
            <w:proofErr w:type="spellEnd"/>
            <w:r>
              <w:t xml:space="preserve"> à </w:t>
            </w:r>
            <w:proofErr w:type="spellStart"/>
            <w:r>
              <w:t>executar</w:t>
            </w:r>
            <w:proofErr w:type="spellEnd"/>
          </w:p>
        </w:tc>
      </w:tr>
      <w:tr w:rsidR="00E3015F" w14:paraId="4C9FE664" w14:textId="177E881D" w:rsidTr="00E3015F">
        <w:tc>
          <w:tcPr>
            <w:tcW w:w="653" w:type="dxa"/>
          </w:tcPr>
          <w:p w14:paraId="17D49C90" w14:textId="77777777" w:rsidR="00E3015F" w:rsidRDefault="00E3015F"/>
        </w:tc>
        <w:tc>
          <w:tcPr>
            <w:tcW w:w="2199" w:type="dxa"/>
          </w:tcPr>
          <w:p w14:paraId="5286FFED" w14:textId="77777777" w:rsidR="00E3015F" w:rsidRDefault="00E3015F"/>
        </w:tc>
        <w:tc>
          <w:tcPr>
            <w:tcW w:w="649" w:type="dxa"/>
          </w:tcPr>
          <w:p w14:paraId="2015091B" w14:textId="77777777" w:rsidR="00E3015F" w:rsidRDefault="00E3015F"/>
        </w:tc>
        <w:tc>
          <w:tcPr>
            <w:tcW w:w="1087" w:type="dxa"/>
          </w:tcPr>
          <w:p w14:paraId="620B1AC3" w14:textId="77777777" w:rsidR="00E3015F" w:rsidRDefault="00E3015F"/>
        </w:tc>
        <w:tc>
          <w:tcPr>
            <w:tcW w:w="2134" w:type="dxa"/>
          </w:tcPr>
          <w:p w14:paraId="5F0E8F64" w14:textId="77777777" w:rsidR="00E3015F" w:rsidRDefault="00E3015F"/>
        </w:tc>
        <w:tc>
          <w:tcPr>
            <w:tcW w:w="2134" w:type="dxa"/>
          </w:tcPr>
          <w:p w14:paraId="6C387E46" w14:textId="77777777" w:rsidR="00E3015F" w:rsidRDefault="00E3015F"/>
        </w:tc>
      </w:tr>
      <w:tr w:rsidR="00E3015F" w14:paraId="43D470B0" w14:textId="143CA350" w:rsidTr="00E3015F">
        <w:tc>
          <w:tcPr>
            <w:tcW w:w="653" w:type="dxa"/>
          </w:tcPr>
          <w:p w14:paraId="2D5655DB" w14:textId="77777777" w:rsidR="00E3015F" w:rsidRDefault="00E3015F"/>
        </w:tc>
        <w:tc>
          <w:tcPr>
            <w:tcW w:w="2199" w:type="dxa"/>
          </w:tcPr>
          <w:p w14:paraId="64288FFE" w14:textId="77777777" w:rsidR="00E3015F" w:rsidRDefault="00E3015F"/>
        </w:tc>
        <w:tc>
          <w:tcPr>
            <w:tcW w:w="649" w:type="dxa"/>
          </w:tcPr>
          <w:p w14:paraId="0328F086" w14:textId="77777777" w:rsidR="00E3015F" w:rsidRDefault="00E3015F"/>
        </w:tc>
        <w:tc>
          <w:tcPr>
            <w:tcW w:w="1087" w:type="dxa"/>
          </w:tcPr>
          <w:p w14:paraId="549FF1B6" w14:textId="77777777" w:rsidR="00E3015F" w:rsidRDefault="00E3015F"/>
        </w:tc>
        <w:tc>
          <w:tcPr>
            <w:tcW w:w="2134" w:type="dxa"/>
          </w:tcPr>
          <w:p w14:paraId="1708B355" w14:textId="77777777" w:rsidR="00E3015F" w:rsidRDefault="00E3015F"/>
        </w:tc>
        <w:tc>
          <w:tcPr>
            <w:tcW w:w="2134" w:type="dxa"/>
          </w:tcPr>
          <w:p w14:paraId="7551E596" w14:textId="77777777" w:rsidR="00E3015F" w:rsidRDefault="00E3015F"/>
        </w:tc>
      </w:tr>
      <w:tr w:rsidR="00E3015F" w14:paraId="16E33C47" w14:textId="16A86C07" w:rsidTr="00E3015F">
        <w:tc>
          <w:tcPr>
            <w:tcW w:w="653" w:type="dxa"/>
          </w:tcPr>
          <w:p w14:paraId="47F3DB3E" w14:textId="77777777" w:rsidR="00E3015F" w:rsidRDefault="00E3015F"/>
        </w:tc>
        <w:tc>
          <w:tcPr>
            <w:tcW w:w="2199" w:type="dxa"/>
          </w:tcPr>
          <w:p w14:paraId="712EA20D" w14:textId="77777777" w:rsidR="00E3015F" w:rsidRDefault="00E3015F"/>
        </w:tc>
        <w:tc>
          <w:tcPr>
            <w:tcW w:w="649" w:type="dxa"/>
          </w:tcPr>
          <w:p w14:paraId="250BC655" w14:textId="77777777" w:rsidR="00E3015F" w:rsidRDefault="00E3015F"/>
        </w:tc>
        <w:tc>
          <w:tcPr>
            <w:tcW w:w="1087" w:type="dxa"/>
          </w:tcPr>
          <w:p w14:paraId="4FC47D39" w14:textId="77777777" w:rsidR="00E3015F" w:rsidRDefault="00E3015F"/>
        </w:tc>
        <w:tc>
          <w:tcPr>
            <w:tcW w:w="2134" w:type="dxa"/>
          </w:tcPr>
          <w:p w14:paraId="4004E573" w14:textId="77777777" w:rsidR="00E3015F" w:rsidRDefault="00E3015F"/>
        </w:tc>
        <w:tc>
          <w:tcPr>
            <w:tcW w:w="2134" w:type="dxa"/>
          </w:tcPr>
          <w:p w14:paraId="5644FCC4" w14:textId="77777777" w:rsidR="00E3015F" w:rsidRDefault="00E3015F"/>
        </w:tc>
      </w:tr>
      <w:tr w:rsidR="00E3015F" w14:paraId="2CD88C25" w14:textId="7F8431B9" w:rsidTr="00E3015F">
        <w:tc>
          <w:tcPr>
            <w:tcW w:w="653" w:type="dxa"/>
          </w:tcPr>
          <w:p w14:paraId="268C3EEB" w14:textId="77777777" w:rsidR="00E3015F" w:rsidRDefault="00E3015F"/>
        </w:tc>
        <w:tc>
          <w:tcPr>
            <w:tcW w:w="2199" w:type="dxa"/>
          </w:tcPr>
          <w:p w14:paraId="6D569004" w14:textId="77777777" w:rsidR="00E3015F" w:rsidRDefault="00E3015F"/>
        </w:tc>
        <w:tc>
          <w:tcPr>
            <w:tcW w:w="649" w:type="dxa"/>
          </w:tcPr>
          <w:p w14:paraId="2CDFD0B5" w14:textId="77777777" w:rsidR="00E3015F" w:rsidRDefault="00E3015F"/>
        </w:tc>
        <w:tc>
          <w:tcPr>
            <w:tcW w:w="1087" w:type="dxa"/>
          </w:tcPr>
          <w:p w14:paraId="21566EEC" w14:textId="77777777" w:rsidR="00E3015F" w:rsidRDefault="00E3015F"/>
        </w:tc>
        <w:tc>
          <w:tcPr>
            <w:tcW w:w="2134" w:type="dxa"/>
          </w:tcPr>
          <w:p w14:paraId="0BEA0BEF" w14:textId="77777777" w:rsidR="00E3015F" w:rsidRDefault="00E3015F"/>
        </w:tc>
        <w:tc>
          <w:tcPr>
            <w:tcW w:w="2134" w:type="dxa"/>
          </w:tcPr>
          <w:p w14:paraId="0D747BA0" w14:textId="77777777" w:rsidR="00E3015F" w:rsidRDefault="00E3015F"/>
        </w:tc>
      </w:tr>
    </w:tbl>
    <w:p w14:paraId="78FE85B5" w14:textId="77777777" w:rsidR="00AE5F4A" w:rsidRDefault="00AE5F4A"/>
    <w:p w14:paraId="729DADA9" w14:textId="67E0A383" w:rsidR="00AE5F4A" w:rsidRDefault="00E3015F">
      <w:proofErr w:type="spellStart"/>
      <w:r>
        <w:t>Observações</w:t>
      </w:r>
      <w:proofErr w:type="spellEnd"/>
      <w:r>
        <w:t>:</w:t>
      </w:r>
    </w:p>
    <w:p w14:paraId="2FEDB9FF" w14:textId="262647DD" w:rsidR="00E3015F" w:rsidRDefault="00E3015F">
      <w:r>
        <w:t>(</w:t>
      </w:r>
      <w:proofErr w:type="spellStart"/>
      <w:r>
        <w:t>referente</w:t>
      </w:r>
      <w:proofErr w:type="spellEnd"/>
      <w:r>
        <w:t xml:space="preserve"> a </w:t>
      </w:r>
      <w:proofErr w:type="spellStart"/>
      <w:r>
        <w:t>execução</w:t>
      </w:r>
      <w:proofErr w:type="spellEnd"/>
      <w:r>
        <w:t xml:space="preserve">, </w:t>
      </w:r>
      <w:proofErr w:type="spellStart"/>
      <w:r>
        <w:t>caso</w:t>
      </w:r>
      <w:proofErr w:type="spellEnd"/>
      <w:r>
        <w:t xml:space="preserve"> necessário)</w:t>
      </w:r>
      <w:bookmarkStart w:id="0" w:name="_GoBack"/>
      <w:bookmarkEnd w:id="0"/>
    </w:p>
    <w:p w14:paraId="261C1A04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5. REGISTRO FOTOGRÁFICO</w:t>
      </w:r>
    </w:p>
    <w:p w14:paraId="1F1EDB67" w14:textId="77777777" w:rsidR="00AE5F4A" w:rsidRDefault="00E3015F">
      <w:r>
        <w:t>FOTO 01 – Descrição do Serviço</w:t>
      </w:r>
    </w:p>
    <w:p w14:paraId="7DD3D0FC" w14:textId="77777777" w:rsidR="00AE5F4A" w:rsidRDefault="00E3015F">
      <w:r>
        <w:lastRenderedPageBreak/>
        <w:t>Local:</w:t>
      </w:r>
    </w:p>
    <w:p w14:paraId="42055A31" w14:textId="77777777" w:rsidR="00AE5F4A" w:rsidRDefault="00E3015F">
      <w:r>
        <w:t>Data:</w:t>
      </w:r>
    </w:p>
    <w:p w14:paraId="6261F35F" w14:textId="77777777" w:rsidR="00AE5F4A" w:rsidRDefault="00E3015F">
      <w:r>
        <w:t>Quantidade correspondente:</w:t>
      </w:r>
    </w:p>
    <w:p w14:paraId="62C28117" w14:textId="77777777" w:rsidR="00AE5F4A" w:rsidRDefault="00AE5F4A"/>
    <w:p w14:paraId="5ADF39AD" w14:textId="77777777" w:rsidR="00AE5F4A" w:rsidRDefault="00E3015F">
      <w:r>
        <w:t>[INSERIR FOTO AQUI]</w:t>
      </w:r>
    </w:p>
    <w:p w14:paraId="40B49862" w14:textId="77777777" w:rsidR="00AE5F4A" w:rsidRDefault="00AE5F4A"/>
    <w:p w14:paraId="6B46CF13" w14:textId="77777777" w:rsidR="00AE5F4A" w:rsidRDefault="00E3015F">
      <w:r>
        <w:t>FOTO 02 – Descrição do Serviço</w:t>
      </w:r>
    </w:p>
    <w:p w14:paraId="16830630" w14:textId="77777777" w:rsidR="00AE5F4A" w:rsidRDefault="00E3015F">
      <w:r>
        <w:t>Local:</w:t>
      </w:r>
    </w:p>
    <w:p w14:paraId="3B9123B3" w14:textId="77777777" w:rsidR="00AE5F4A" w:rsidRDefault="00E3015F">
      <w:r>
        <w:t>Data:</w:t>
      </w:r>
    </w:p>
    <w:p w14:paraId="4A134FB6" w14:textId="77777777" w:rsidR="00AE5F4A" w:rsidRDefault="00E3015F">
      <w:r>
        <w:t>Quantidade correspondente:</w:t>
      </w:r>
    </w:p>
    <w:p w14:paraId="61E5D01B" w14:textId="77777777" w:rsidR="00AE5F4A" w:rsidRDefault="00AE5F4A"/>
    <w:p w14:paraId="486D9797" w14:textId="77777777" w:rsidR="00AE5F4A" w:rsidRDefault="00E3015F">
      <w:r>
        <w:t>[INSERIR FOTO AQUI]</w:t>
      </w:r>
    </w:p>
    <w:p w14:paraId="2F5D5865" w14:textId="77777777" w:rsidR="00AE5F4A" w:rsidRDefault="00AE5F4A"/>
    <w:p w14:paraId="2B14DAAF" w14:textId="77777777" w:rsidR="00AE5F4A" w:rsidRDefault="00E3015F">
      <w:r>
        <w:t>Repetir conforme necessário.</w:t>
      </w:r>
    </w:p>
    <w:p w14:paraId="5A1623B2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 xml:space="preserve">6. </w:t>
      </w:r>
      <w:r w:rsidRPr="00A0052E">
        <w:rPr>
          <w:color w:val="000000" w:themeColor="text1"/>
        </w:rPr>
        <w:t>DECLARAÇÃO DA EXECUTORA</w:t>
      </w:r>
    </w:p>
    <w:p w14:paraId="1E643F61" w14:textId="77777777" w:rsidR="00AE5F4A" w:rsidRDefault="00E3015F">
      <w:r>
        <w:t>Declaramos que os serviços descritos neste relatório foram efetivamente executados no período informado, em conformidade com o contrato e projeto aprovado.</w:t>
      </w:r>
    </w:p>
    <w:p w14:paraId="06E02C4E" w14:textId="77777777" w:rsidR="00AE5F4A" w:rsidRPr="00A0052E" w:rsidRDefault="00E3015F">
      <w:pPr>
        <w:pStyle w:val="Ttulo2"/>
        <w:rPr>
          <w:color w:val="000000" w:themeColor="text1"/>
        </w:rPr>
      </w:pPr>
      <w:r w:rsidRPr="00A0052E">
        <w:rPr>
          <w:color w:val="000000" w:themeColor="text1"/>
        </w:rPr>
        <w:t>7. ASSINATURA</w:t>
      </w:r>
    </w:p>
    <w:p w14:paraId="61106B6D" w14:textId="77777777" w:rsidR="00AE5F4A" w:rsidRDefault="00E3015F">
      <w:r>
        <w:t>Responsável Técnico da Empresa:</w:t>
      </w:r>
    </w:p>
    <w:p w14:paraId="4DF60C30" w14:textId="77777777" w:rsidR="00AE5F4A" w:rsidRDefault="00E3015F">
      <w:r>
        <w:t>Nome:</w:t>
      </w:r>
    </w:p>
    <w:p w14:paraId="733E743C" w14:textId="77777777" w:rsidR="00AE5F4A" w:rsidRDefault="00E3015F">
      <w:r>
        <w:t>CREA/CAU:</w:t>
      </w:r>
    </w:p>
    <w:p w14:paraId="3DFE2A18" w14:textId="77777777" w:rsidR="00AE5F4A" w:rsidRDefault="00E3015F">
      <w:r>
        <w:t>Assinatura:</w:t>
      </w:r>
    </w:p>
    <w:sectPr w:rsidR="00AE5F4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D3C82" w14:textId="77777777" w:rsidR="00A0052E" w:rsidRDefault="00A0052E" w:rsidP="00A0052E">
      <w:pPr>
        <w:spacing w:after="0" w:line="240" w:lineRule="auto"/>
      </w:pPr>
      <w:r>
        <w:separator/>
      </w:r>
    </w:p>
  </w:endnote>
  <w:endnote w:type="continuationSeparator" w:id="0">
    <w:p w14:paraId="532EDFE6" w14:textId="77777777" w:rsidR="00A0052E" w:rsidRDefault="00A0052E" w:rsidP="00A00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8AB42" w14:textId="77777777" w:rsidR="00A0052E" w:rsidRDefault="00A0052E" w:rsidP="00A0052E">
      <w:pPr>
        <w:spacing w:after="0" w:line="240" w:lineRule="auto"/>
      </w:pPr>
      <w:r>
        <w:separator/>
      </w:r>
    </w:p>
  </w:footnote>
  <w:footnote w:type="continuationSeparator" w:id="0">
    <w:p w14:paraId="6BBADCEB" w14:textId="77777777" w:rsidR="00A0052E" w:rsidRDefault="00A0052E" w:rsidP="00A00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23CA3" w14:textId="59796B32" w:rsidR="00A0052E" w:rsidRPr="00A0052E" w:rsidRDefault="00A0052E" w:rsidP="00A0052E">
    <w:pPr>
      <w:pStyle w:val="Cabealho"/>
      <w:jc w:val="center"/>
      <w:rPr>
        <w:b/>
        <w:lang w:val="pt-BR"/>
      </w:rPr>
    </w:pPr>
    <w:r w:rsidRPr="00A0052E">
      <w:rPr>
        <w:b/>
        <w:lang w:val="pt-BR"/>
      </w:rPr>
      <w:t>LOGO DA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0052E"/>
    <w:rsid w:val="00AA1D8D"/>
    <w:rsid w:val="00AE5F4A"/>
    <w:rsid w:val="00B47730"/>
    <w:rsid w:val="00CB0664"/>
    <w:rsid w:val="00E301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B6C9AAAB-BA23-463F-8E52-455488E1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3AD81EB-3D3C-44A2-91FF-54331466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175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Gustavo Falcão</cp:lastModifiedBy>
  <cp:revision>2</cp:revision>
  <dcterms:created xsi:type="dcterms:W3CDTF">2013-12-23T23:15:00Z</dcterms:created>
  <dcterms:modified xsi:type="dcterms:W3CDTF">2026-01-28T19:51:00Z</dcterms:modified>
  <cp:category/>
</cp:coreProperties>
</file>